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DDD78" w14:textId="77777777" w:rsidR="00CC529A" w:rsidRDefault="00000000">
      <w:pPr>
        <w:pStyle w:val="Heading1"/>
      </w:pPr>
      <w:r>
        <w:rPr>
          <w:color w:val="C7352D"/>
          <w:sz w:val="44"/>
        </w:rPr>
        <w:t>Part V — Off-Site Trip Coordinator Guide</w:t>
      </w:r>
    </w:p>
    <w:p w14:paraId="21062D32" w14:textId="77777777" w:rsidR="00CC529A" w:rsidRDefault="00000000">
      <w:pPr>
        <w:pStyle w:val="Subtitle"/>
        <w:spacing w:after="240"/>
      </w:pPr>
      <w:r>
        <w:t>For the person who books and organizes the trip but will not attend in person.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CC529A" w14:paraId="041AE17E" w14:textId="77777777">
        <w:trPr>
          <w:jc w:val="center"/>
        </w:trPr>
        <w:tc>
          <w:tcPr>
            <w:tcW w:w="9994" w:type="dxa"/>
            <w:shd w:val="clear" w:color="auto" w:fill="FFF2C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00A086" w14:textId="77777777" w:rsidR="00CC529A" w:rsidRDefault="00000000">
            <w:pPr>
              <w:spacing w:after="60"/>
            </w:pPr>
            <w:r>
              <w:rPr>
                <w:b/>
                <w:color w:val="C7352D"/>
              </w:rPr>
              <w:t>Your responsibility continues even when you do not attend.</w:t>
            </w:r>
            <w:r>
              <w:t xml:space="preserve"> The person who makes the reservation is the official group coordinator and must transfer all information and responsibilities to the on-site leader before the trip.</w:t>
            </w:r>
          </w:p>
        </w:tc>
      </w:tr>
    </w:tbl>
    <w:p w14:paraId="164943B7" w14:textId="77777777" w:rsidR="00CC529A" w:rsidRDefault="00CC529A">
      <w:pPr>
        <w:spacing w:after="40"/>
      </w:pPr>
    </w:p>
    <w:p w14:paraId="13B78C04" w14:textId="77777777" w:rsidR="00CC529A" w:rsidRDefault="00000000">
      <w:pPr>
        <w:pStyle w:val="Heading2"/>
      </w:pPr>
      <w:r>
        <w:rPr>
          <w:color w:val="C7352D"/>
        </w:rPr>
        <w:t>Assign On-Site Roles in Writing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06"/>
        <w:gridCol w:w="5678"/>
      </w:tblGrid>
      <w:tr w:rsidR="00CC529A" w14:paraId="3464FF5D" w14:textId="77777777">
        <w:trPr>
          <w:jc w:val="center"/>
        </w:trPr>
        <w:tc>
          <w:tcPr>
            <w:tcW w:w="4997" w:type="dxa"/>
            <w:shd w:val="clear" w:color="auto" w:fill="C7352D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832257" w14:textId="77777777" w:rsidR="00CC529A" w:rsidRDefault="00000000">
            <w:pPr>
              <w:jc w:val="center"/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w="4997" w:type="dxa"/>
            <w:shd w:val="clear" w:color="auto" w:fill="C7352D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8C90F83" w14:textId="77777777" w:rsidR="00CC529A" w:rsidRDefault="00000000">
            <w:pPr>
              <w:jc w:val="center"/>
            </w:pPr>
            <w:r>
              <w:rPr>
                <w:b/>
                <w:color w:val="FFFFFF"/>
              </w:rPr>
              <w:t>Required responsibility</w:t>
            </w:r>
          </w:p>
        </w:tc>
      </w:tr>
      <w:tr w:rsidR="00CC529A" w14:paraId="4C74A193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A56668" w14:textId="77777777" w:rsidR="00CC529A" w:rsidRDefault="00000000">
            <w:r>
              <w:rPr>
                <w:b/>
              </w:rPr>
              <w:t>On-site trip leader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567287" w14:textId="77777777" w:rsidR="00CC529A" w:rsidRDefault="00000000">
            <w:r>
              <w:t>Receives the full confirmation, keeps the group on schedule, communicates with staff, and makes operational decisions.</w:t>
            </w:r>
          </w:p>
        </w:tc>
      </w:tr>
      <w:tr w:rsidR="00CC529A" w14:paraId="7ADF53E4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6759E6" w14:textId="77777777" w:rsidR="00CC529A" w:rsidRDefault="00000000">
            <w:r>
              <w:rPr>
                <w:b/>
              </w:rPr>
              <w:t>Payment representative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F089B2" w14:textId="77777777" w:rsidR="00CC529A" w:rsidRDefault="00000000">
            <w:r>
              <w:t>Brings the final attendance count and one group payment; completes check-in before the tour.</w:t>
            </w:r>
          </w:p>
        </w:tc>
      </w:tr>
      <w:tr w:rsidR="00CC529A" w14:paraId="68425392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A2570C" w14:textId="77777777" w:rsidR="00CC529A" w:rsidRDefault="00000000">
            <w:r>
              <w:rPr>
                <w:b/>
              </w:rPr>
              <w:t>Bus contact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F26610" w14:textId="77777777" w:rsidR="00CC529A" w:rsidRDefault="00000000">
            <w:r>
              <w:t>Has arrival, parking, accessible drop-off, pickup, and late-arrival instructions.</w:t>
            </w:r>
          </w:p>
        </w:tc>
      </w:tr>
      <w:tr w:rsidR="00CC529A" w14:paraId="0554F7E2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8CE71F" w14:textId="77777777" w:rsidR="00CC529A" w:rsidRDefault="00000000">
            <w:r>
              <w:rPr>
                <w:b/>
              </w:rPr>
              <w:t>Class/wagon leaders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8B7D5B" w14:textId="77777777" w:rsidR="00CC529A" w:rsidRDefault="00000000">
            <w:r>
              <w:t>Know their assigned students and adults; conduct head counts and supervise their group.</w:t>
            </w:r>
          </w:p>
        </w:tc>
      </w:tr>
      <w:tr w:rsidR="00CC529A" w14:paraId="208E99C2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B65B31" w14:textId="77777777" w:rsidR="00CC529A" w:rsidRDefault="00000000">
            <w:r>
              <w:rPr>
                <w:b/>
              </w:rPr>
              <w:t>Medical/allergy contact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D52239" w14:textId="77777777" w:rsidR="00CC529A" w:rsidRDefault="00000000">
            <w:r>
              <w:t>Manages medication, emergency plans, allergies, and required support personnel.</w:t>
            </w:r>
          </w:p>
        </w:tc>
      </w:tr>
      <w:tr w:rsidR="00CC529A" w14:paraId="47DA80C7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AD7208" w14:textId="77777777" w:rsidR="00CC529A" w:rsidRDefault="00000000">
            <w:r>
              <w:rPr>
                <w:b/>
              </w:rPr>
              <w:t>Lunch lead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FC6C7B" w14:textId="77777777" w:rsidR="00CC529A" w:rsidRDefault="00000000">
            <w:r>
              <w:t>Confirms whether lunch is reserved and ensures the group vacates the pavilion on time.</w:t>
            </w:r>
          </w:p>
        </w:tc>
      </w:tr>
    </w:tbl>
    <w:p w14:paraId="248B20D2" w14:textId="77777777" w:rsidR="00CC529A" w:rsidRDefault="00CC529A">
      <w:pPr>
        <w:spacing w:after="40"/>
      </w:pPr>
    </w:p>
    <w:p w14:paraId="0876D98E" w14:textId="77777777" w:rsidR="00CC529A" w:rsidRDefault="00000000">
      <w:pPr>
        <w:pStyle w:val="Heading2"/>
      </w:pPr>
      <w:r>
        <w:rPr>
          <w:color w:val="C7352D"/>
        </w:rPr>
        <w:t>Information You Must Send to the On-Site Leader</w:t>
      </w:r>
    </w:p>
    <w:p w14:paraId="5284D814" w14:textId="77777777" w:rsidR="00CC529A" w:rsidRDefault="00000000">
      <w:pPr>
        <w:pStyle w:val="ListParagraph"/>
        <w:spacing w:after="60"/>
        <w:ind w:left="360" w:hanging="259"/>
      </w:pPr>
      <w:r>
        <w:t>☐ Current confirmation email and reservation details</w:t>
      </w:r>
    </w:p>
    <w:p w14:paraId="4D6259A5" w14:textId="77777777" w:rsidR="00CC529A" w:rsidRDefault="00000000">
      <w:pPr>
        <w:pStyle w:val="ListParagraph"/>
        <w:spacing w:after="60"/>
        <w:ind w:left="360" w:hanging="259"/>
      </w:pPr>
      <w:r>
        <w:t>☐ Full Field Trip Policies and Planning Guide</w:t>
      </w:r>
    </w:p>
    <w:p w14:paraId="5115FBBD" w14:textId="77777777" w:rsidR="00CC529A" w:rsidRDefault="00000000">
      <w:pPr>
        <w:pStyle w:val="ListParagraph"/>
        <w:spacing w:after="60"/>
        <w:ind w:left="360" w:hanging="259"/>
      </w:pPr>
      <w:r>
        <w:t>☐ Bus Driver Information page</w:t>
      </w:r>
    </w:p>
    <w:p w14:paraId="5367519C" w14:textId="77777777" w:rsidR="00CC529A" w:rsidRDefault="00000000">
      <w:pPr>
        <w:pStyle w:val="ListParagraph"/>
        <w:spacing w:after="60"/>
        <w:ind w:left="360" w:hanging="259"/>
      </w:pPr>
      <w:r>
        <w:t>☐ Payment Representative Instructions</w:t>
      </w:r>
    </w:p>
    <w:p w14:paraId="3DB2A03E" w14:textId="77777777" w:rsidR="00CC529A" w:rsidRDefault="00000000">
      <w:pPr>
        <w:pStyle w:val="ListParagraph"/>
        <w:spacing w:after="60"/>
        <w:ind w:left="360" w:hanging="259"/>
      </w:pPr>
      <w:r>
        <w:t>☐ Teacher and Chaperone Guide</w:t>
      </w:r>
    </w:p>
    <w:p w14:paraId="08BA4ACF" w14:textId="77777777" w:rsidR="00CC529A" w:rsidRDefault="00000000">
      <w:pPr>
        <w:pStyle w:val="ListParagraph"/>
        <w:spacing w:after="60"/>
        <w:ind w:left="360" w:hanging="259"/>
      </w:pPr>
      <w:r>
        <w:t>☐ Current map, seasonal check-in location, and parking directions</w:t>
      </w:r>
    </w:p>
    <w:p w14:paraId="6DD4AA55" w14:textId="77777777" w:rsidR="00CC529A" w:rsidRDefault="00000000">
      <w:pPr>
        <w:pStyle w:val="ListParagraph"/>
        <w:spacing w:after="60"/>
        <w:ind w:left="360" w:hanging="259"/>
      </w:pPr>
      <w:r>
        <w:t>☐ Final guaranteed count and attendance breakdown</w:t>
      </w:r>
    </w:p>
    <w:p w14:paraId="1297757E" w14:textId="77777777" w:rsidR="00CC529A" w:rsidRDefault="00000000">
      <w:pPr>
        <w:pStyle w:val="ListParagraph"/>
        <w:spacing w:after="60"/>
        <w:ind w:left="360" w:hanging="259"/>
      </w:pPr>
      <w:r>
        <w:t>☐ Payment method and amount due</w:t>
      </w:r>
    </w:p>
    <w:p w14:paraId="57832AEE" w14:textId="77777777" w:rsidR="00CC529A" w:rsidRDefault="00000000">
      <w:pPr>
        <w:pStyle w:val="ListParagraph"/>
        <w:spacing w:after="60"/>
        <w:ind w:left="360" w:hanging="259"/>
      </w:pPr>
      <w:r>
        <w:t>☐ Lunch reservation and assigned time, if applicable</w:t>
      </w:r>
    </w:p>
    <w:p w14:paraId="5E12C33A" w14:textId="77777777" w:rsidR="00CC529A" w:rsidRDefault="00000000">
      <w:pPr>
        <w:pStyle w:val="ListParagraph"/>
        <w:spacing w:after="60"/>
        <w:ind w:left="360" w:hanging="259"/>
      </w:pPr>
      <w:r>
        <w:t>☐ Accessibility arrangements and emergency contacts</w:t>
      </w:r>
    </w:p>
    <w:p w14:paraId="10D86EF3" w14:textId="77777777" w:rsidR="00CC529A" w:rsidRDefault="00000000">
      <w:pPr>
        <w:pStyle w:val="ListParagraph"/>
        <w:spacing w:after="60"/>
        <w:ind w:left="360" w:hanging="259"/>
      </w:pPr>
      <w:r>
        <w:t>☐ Spicer Orchards phone number: (810) 632-7692</w:t>
      </w:r>
    </w:p>
    <w:p w14:paraId="5A2522D0" w14:textId="77777777" w:rsidR="00CC529A" w:rsidRDefault="00000000">
      <w:pPr>
        <w:pStyle w:val="Heading2"/>
      </w:pPr>
      <w:r>
        <w:rPr>
          <w:color w:val="C7352D"/>
        </w:rPr>
        <w:lastRenderedPageBreak/>
        <w:t>Seven-Day Confirmation Checklist</w:t>
      </w:r>
    </w:p>
    <w:p w14:paraId="5DB56ACA" w14:textId="77777777" w:rsidR="00CC529A" w:rsidRDefault="00000000">
      <w:pPr>
        <w:pStyle w:val="ListParagraph"/>
        <w:spacing w:after="60"/>
        <w:ind w:left="360" w:hanging="259"/>
      </w:pPr>
      <w:r>
        <w:t>☐ Call Spicer Orchards no later than seven calendar days before the visit.</w:t>
      </w:r>
    </w:p>
    <w:p w14:paraId="13CEB06F" w14:textId="77777777" w:rsidR="00CC529A" w:rsidRDefault="00000000">
      <w:pPr>
        <w:pStyle w:val="ListParagraph"/>
        <w:spacing w:after="60"/>
        <w:ind w:left="360" w:hanging="259"/>
      </w:pPr>
      <w:r>
        <w:t>☐ Confirm the final guaranteed count, reservation range, arrival time, tour time, selected package, lunch, and accommodations.</w:t>
      </w:r>
    </w:p>
    <w:p w14:paraId="7B535F1F" w14:textId="77777777" w:rsidR="00CC529A" w:rsidRDefault="00000000">
      <w:pPr>
        <w:pStyle w:val="ListParagraph"/>
        <w:spacing w:after="60"/>
        <w:ind w:left="360" w:hanging="259"/>
      </w:pPr>
      <w:r>
        <w:t>☐ Report whether parents or other adults will arrive separately.</w:t>
      </w:r>
    </w:p>
    <w:p w14:paraId="48752F6F" w14:textId="77777777" w:rsidR="00CC529A" w:rsidRDefault="00000000">
      <w:pPr>
        <w:pStyle w:val="ListParagraph"/>
        <w:spacing w:after="60"/>
        <w:ind w:left="360" w:hanging="259"/>
      </w:pPr>
      <w:r>
        <w:t>☐ Verify that the on-site leader understands that unapproved participants are not guaranteed admission.</w:t>
      </w:r>
    </w:p>
    <w:p w14:paraId="52A982E0" w14:textId="77777777" w:rsidR="00CC529A" w:rsidRDefault="00000000">
      <w:pPr>
        <w:pStyle w:val="ListParagraph"/>
        <w:spacing w:after="60"/>
        <w:ind w:left="360" w:hanging="259"/>
      </w:pPr>
      <w:r>
        <w:t>☐ Confirm that the school has collected funds and that one representative will make the payment.</w:t>
      </w:r>
    </w:p>
    <w:p w14:paraId="4C0EA524" w14:textId="77777777" w:rsidR="00CC529A" w:rsidRDefault="00000000">
      <w:pPr>
        <w:pStyle w:val="ListParagraph"/>
      </w:pPr>
      <w:r>
        <w:t>☐ Confirm any gluten-free or vegan donut requests and make sure the payment representative knows the additional charges.</w:t>
      </w:r>
    </w:p>
    <w:p w14:paraId="68E220C8" w14:textId="77777777" w:rsidR="00CC529A" w:rsidRDefault="00000000">
      <w:pPr>
        <w:pStyle w:val="ListParagraph"/>
        <w:spacing w:after="60"/>
        <w:ind w:left="360" w:hanging="259"/>
      </w:pPr>
      <w:r>
        <w:t>☐ Provide the on-site leader with authority to communicate with Spicer Orchards and respond to itinerary changes.</w:t>
      </w:r>
    </w:p>
    <w:p w14:paraId="4610762B" w14:textId="77777777" w:rsidR="00CC529A" w:rsidRDefault="00000000">
      <w:pPr>
        <w:pStyle w:val="Heading2"/>
      </w:pPr>
      <w:r>
        <w:rPr>
          <w:color w:val="C7352D"/>
        </w:rPr>
        <w:t>After You Transfer the Trip</w:t>
      </w:r>
    </w:p>
    <w:p w14:paraId="00921D7A" w14:textId="77777777" w:rsidR="00CC529A" w:rsidRDefault="00000000">
      <w:pPr>
        <w:spacing w:after="120"/>
      </w:pPr>
      <w:r>
        <w:t>Send the on-site leader’s name and cell phone number to Spicer Orchards if requested. Remain available by phone on the day of the visit for school-level questions, but understand that the on-site leader must follow Spicer Orchards staff directions regarding safety, timing, rotations, activity substitutions, and departure.</w:t>
      </w:r>
    </w:p>
    <w:p w14:paraId="00817A3C" w14:textId="761E85C6" w:rsidR="00CC529A" w:rsidRDefault="00CC529A"/>
    <w:sectPr w:rsidR="00CC529A" w:rsidSect="00034616">
      <w:headerReference w:type="default" r:id="rId8"/>
      <w:footerReference w:type="default" r:id="rId9"/>
      <w:pgSz w:w="12240" w:h="15840"/>
      <w:pgMar w:top="1008" w:right="1123" w:bottom="936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2B3C" w14:textId="77777777" w:rsidR="006E2E0F" w:rsidRDefault="006E2E0F">
      <w:pPr>
        <w:spacing w:after="0" w:line="240" w:lineRule="auto"/>
      </w:pPr>
      <w:r>
        <w:separator/>
      </w:r>
    </w:p>
  </w:endnote>
  <w:endnote w:type="continuationSeparator" w:id="0">
    <w:p w14:paraId="23CAA091" w14:textId="77777777" w:rsidR="006E2E0F" w:rsidRDefault="006E2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37FC" w14:textId="77777777" w:rsidR="00D85D9D" w:rsidRDefault="00000000">
    <w:pPr>
      <w:pStyle w:val="Footer"/>
      <w:jc w:val="right"/>
    </w:pPr>
    <w:r>
      <w:rPr>
        <w:color w:val="666666"/>
        <w:sz w:val="16"/>
      </w:rPr>
      <w:t xml:space="preserve">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>PAGE</w:instrText>
    </w:r>
    <w:r>
      <w:rPr>
        <w:color w:val="666666"/>
        <w:sz w:val="16"/>
      </w:rPr>
      <w:fldChar w:fldCharType="separate"/>
    </w:r>
    <w:r w:rsidR="002B238D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A2D4A" w14:textId="77777777" w:rsidR="006E2E0F" w:rsidRDefault="006E2E0F">
      <w:pPr>
        <w:spacing w:after="0" w:line="240" w:lineRule="auto"/>
      </w:pPr>
      <w:r>
        <w:separator/>
      </w:r>
    </w:p>
  </w:footnote>
  <w:footnote w:type="continuationSeparator" w:id="0">
    <w:p w14:paraId="47F95438" w14:textId="77777777" w:rsidR="006E2E0F" w:rsidRDefault="006E2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FD4F" w14:textId="77777777" w:rsidR="00D85D9D" w:rsidRDefault="00000000">
    <w:pPr>
      <w:pStyle w:val="Header"/>
      <w:jc w:val="right"/>
    </w:pPr>
    <w:r>
      <w:rPr>
        <w:b/>
        <w:color w:val="666666"/>
        <w:sz w:val="16"/>
      </w:rPr>
      <w:t xml:space="preserve">SPICER </w:t>
    </w:r>
    <w:proofErr w:type="gramStart"/>
    <w:r>
      <w:rPr>
        <w:b/>
        <w:color w:val="666666"/>
        <w:sz w:val="16"/>
      </w:rPr>
      <w:t>ORCHARDS  |</w:t>
    </w:r>
    <w:proofErr w:type="gramEnd"/>
    <w:r>
      <w:rPr>
        <w:b/>
        <w:color w:val="666666"/>
        <w:sz w:val="16"/>
      </w:rPr>
      <w:t xml:space="preserve">  FIELD TRIP POLICIES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2937334">
    <w:abstractNumId w:val="8"/>
  </w:num>
  <w:num w:numId="2" w16cid:durableId="1035036586">
    <w:abstractNumId w:val="6"/>
  </w:num>
  <w:num w:numId="3" w16cid:durableId="571702051">
    <w:abstractNumId w:val="5"/>
  </w:num>
  <w:num w:numId="4" w16cid:durableId="513737438">
    <w:abstractNumId w:val="4"/>
  </w:num>
  <w:num w:numId="5" w16cid:durableId="2131047198">
    <w:abstractNumId w:val="7"/>
  </w:num>
  <w:num w:numId="6" w16cid:durableId="1570073537">
    <w:abstractNumId w:val="3"/>
  </w:num>
  <w:num w:numId="7" w16cid:durableId="1319113154">
    <w:abstractNumId w:val="2"/>
  </w:num>
  <w:num w:numId="8" w16cid:durableId="1440103733">
    <w:abstractNumId w:val="1"/>
  </w:num>
  <w:num w:numId="9" w16cid:durableId="196210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4302"/>
    <w:rsid w:val="00131C81"/>
    <w:rsid w:val="0015074B"/>
    <w:rsid w:val="001C2185"/>
    <w:rsid w:val="001D1597"/>
    <w:rsid w:val="0029639D"/>
    <w:rsid w:val="002A304B"/>
    <w:rsid w:val="002B238D"/>
    <w:rsid w:val="00326F90"/>
    <w:rsid w:val="0034451D"/>
    <w:rsid w:val="003C58AB"/>
    <w:rsid w:val="00517316"/>
    <w:rsid w:val="00591DF3"/>
    <w:rsid w:val="005C44B8"/>
    <w:rsid w:val="00676AE5"/>
    <w:rsid w:val="006E2E0F"/>
    <w:rsid w:val="006F38DE"/>
    <w:rsid w:val="007C502D"/>
    <w:rsid w:val="00891231"/>
    <w:rsid w:val="008A2E45"/>
    <w:rsid w:val="009063A0"/>
    <w:rsid w:val="00AA1D8D"/>
    <w:rsid w:val="00B47730"/>
    <w:rsid w:val="00B9543F"/>
    <w:rsid w:val="00BD28B5"/>
    <w:rsid w:val="00BD65AC"/>
    <w:rsid w:val="00CB0664"/>
    <w:rsid w:val="00CC529A"/>
    <w:rsid w:val="00CE78A8"/>
    <w:rsid w:val="00D85D9D"/>
    <w:rsid w:val="00DB209E"/>
    <w:rsid w:val="00DD0423"/>
    <w:rsid w:val="00E7539D"/>
    <w:rsid w:val="00F3409B"/>
    <w:rsid w:val="00FC693F"/>
    <w:rsid w:val="00FD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855B36"/>
  <w14:defaultImageDpi w14:val="300"/>
  <w15:docId w15:val="{498FF766-7085-4372-83E7-26254592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C8322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557A4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2F5D7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C8322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5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Spicer Orchards Field Trip Policies - Review Draft</vt:lpstr>
    </vt:vector>
  </TitlesOfParts>
  <Manager/>
  <Company/>
  <LinksUpToDate>false</LinksUpToDate>
  <CharactersWithSpaces>2703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Spicer Orchards Field Trip Policies and Role Guides 2026</dc:title>
  <dc:subject>Field trip policies, role-specific instructions, booking terms, staff checklist, and website FAQ</dc:subject>
  <dc:creator>Spicer Orchards</dc:creator>
  <cp:keywords>field trips, tours, policies, FAQ, terms and conditions</cp:keywords>
  <dc:description>generated by python-docx</dc:description>
  <cp:lastModifiedBy>Spicer Orchards</cp:lastModifiedBy>
  <cp:revision>3</cp:revision>
  <dcterms:created xsi:type="dcterms:W3CDTF">2026-08-02T04:53:00Z</dcterms:created>
  <dcterms:modified xsi:type="dcterms:W3CDTF">2026-08-02T04:53:00Z</dcterms:modified>
  <cp:category/>
</cp:coreProperties>
</file>