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D599B" w14:textId="77777777" w:rsidR="00CC529A" w:rsidRDefault="00000000">
      <w:pPr>
        <w:pStyle w:val="Heading1"/>
      </w:pPr>
      <w:r>
        <w:rPr>
          <w:color w:val="C7352D"/>
          <w:sz w:val="44"/>
        </w:rPr>
        <w:t>Part III — Payment Representative Instructions</w:t>
      </w:r>
    </w:p>
    <w:p w14:paraId="09B36E2C" w14:textId="77777777" w:rsidR="00CC529A" w:rsidRDefault="00000000">
      <w:pPr>
        <w:pStyle w:val="Subtitle"/>
        <w:spacing w:after="240"/>
      </w:pPr>
      <w:r>
        <w:t>For the person responsible for attendance totals, payment, and check-in.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94"/>
      </w:tblGrid>
      <w:tr w:rsidR="00CC529A" w14:paraId="761AE062" w14:textId="77777777">
        <w:trPr>
          <w:jc w:val="center"/>
        </w:trPr>
        <w:tc>
          <w:tcPr>
            <w:tcW w:w="9994" w:type="dxa"/>
            <w:shd w:val="clear" w:color="auto" w:fill="FFF2CC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3963FD0" w14:textId="77777777" w:rsidR="00CC529A" w:rsidRDefault="00000000">
            <w:pPr>
              <w:spacing w:after="60"/>
            </w:pPr>
            <w:r>
              <w:rPr>
                <w:b/>
                <w:color w:val="C7352D"/>
              </w:rPr>
              <w:t>One person should handle payment.</w:t>
            </w:r>
            <w:r>
              <w:t xml:space="preserve"> Individual parents or students may not pay separately at check-in. Arrive with the final count and one group payment ready.</w:t>
            </w:r>
          </w:p>
        </w:tc>
      </w:tr>
    </w:tbl>
    <w:p w14:paraId="001EF6EF" w14:textId="77777777" w:rsidR="00CC529A" w:rsidRDefault="00CC529A">
      <w:pPr>
        <w:spacing w:after="40"/>
      </w:pPr>
    </w:p>
    <w:p w14:paraId="3EF3CE85" w14:textId="77777777" w:rsidR="00CC529A" w:rsidRDefault="00000000">
      <w:pPr>
        <w:pStyle w:val="Heading2"/>
      </w:pPr>
      <w:r>
        <w:rPr>
          <w:color w:val="C7352D"/>
        </w:rPr>
        <w:t>Seven Days Before the Visit</w:t>
      </w:r>
    </w:p>
    <w:p w14:paraId="2A4697CA" w14:textId="77777777" w:rsidR="00CC529A" w:rsidRDefault="00000000">
      <w:pPr>
        <w:pStyle w:val="ListParagraph"/>
        <w:spacing w:after="60"/>
        <w:ind w:left="360" w:hanging="259"/>
      </w:pPr>
      <w:r>
        <w:t>☐ Call (810) 632-7692 to confirm the final attendance count, arrival and tour time, selected activities, lunch reservation, and any accommodations.</w:t>
      </w:r>
    </w:p>
    <w:p w14:paraId="7139EF94" w14:textId="77777777" w:rsidR="00CC529A" w:rsidRDefault="00000000">
      <w:pPr>
        <w:pStyle w:val="ListParagraph"/>
        <w:spacing w:after="60"/>
        <w:ind w:left="360" w:hanging="259"/>
      </w:pPr>
      <w:r>
        <w:t>☐ Include every participant age 2 and older: students, teachers, paraprofessionals, aides, chaperones, parents, grandparents, siblings, and participating bus drivers.</w:t>
      </w:r>
    </w:p>
    <w:p w14:paraId="56A900BE" w14:textId="77777777" w:rsidR="00CC529A" w:rsidRDefault="00000000">
      <w:pPr>
        <w:pStyle w:val="ListParagraph"/>
        <w:spacing w:after="60"/>
        <w:ind w:left="360" w:hanging="259"/>
      </w:pPr>
      <w:r>
        <w:t>☐ The confirmed count becomes the guaranteed minimum billed unless Spicer Orchards approves a change. If actual attendance is higher, charges are based on actual attendance.</w:t>
      </w:r>
    </w:p>
    <w:p w14:paraId="2C8E5C28" w14:textId="77777777" w:rsidR="00CC529A" w:rsidRDefault="00000000">
      <w:pPr>
        <w:pStyle w:val="ListParagraph"/>
        <w:spacing w:after="60"/>
        <w:ind w:left="360" w:hanging="259"/>
      </w:pPr>
      <w:r>
        <w:t>☐ Make sure the trip coordinator and on-site teacher understand who will bring the payment and where that person will check in.</w:t>
      </w:r>
    </w:p>
    <w:p w14:paraId="6C7229EB" w14:textId="77777777" w:rsidR="00CC529A" w:rsidRDefault="00000000">
      <w:pPr>
        <w:pStyle w:val="Heading2"/>
      </w:pPr>
      <w:r>
        <w:rPr>
          <w:color w:val="C7352D"/>
        </w:rPr>
        <w:t>Prepare the Payment</w:t>
      </w:r>
    </w:p>
    <w:p w14:paraId="72BF0FD5" w14:textId="77777777" w:rsidR="00CC529A" w:rsidRDefault="00000000">
      <w:r>
        <w:t>Use the confirmed package and the guaranteed minimum or actual attendance, whichever is greater, to prepare the group payment.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8"/>
        <w:gridCol w:w="4806"/>
      </w:tblGrid>
      <w:tr w:rsidR="00CC529A" w14:paraId="1100A9C4" w14:textId="77777777">
        <w:trPr>
          <w:jc w:val="center"/>
        </w:trPr>
        <w:tc>
          <w:tcPr>
            <w:tcW w:w="7632" w:type="dxa"/>
            <w:shd w:val="clear" w:color="auto" w:fill="C8322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CF5B23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Field Trip Package</w:t>
            </w:r>
          </w:p>
        </w:tc>
        <w:tc>
          <w:tcPr>
            <w:tcW w:w="2160" w:type="dxa"/>
            <w:shd w:val="clear" w:color="auto" w:fill="C8322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E811D2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Price</w:t>
            </w:r>
          </w:p>
        </w:tc>
      </w:tr>
      <w:tr w:rsidR="00CC529A" w14:paraId="3752C29F" w14:textId="77777777">
        <w:trPr>
          <w:jc w:val="center"/>
        </w:trPr>
        <w:tc>
          <w:tcPr>
            <w:tcW w:w="763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7D7D12" w14:textId="77777777" w:rsidR="00CC529A" w:rsidRDefault="00000000">
            <w:r>
              <w:t>Summer Fruit Picking</w:t>
            </w:r>
          </w:p>
        </w:tc>
        <w:tc>
          <w:tcPr>
            <w:tcW w:w="21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341693" w14:textId="77777777" w:rsidR="00CC529A" w:rsidRDefault="00000000">
            <w:pPr>
              <w:jc w:val="center"/>
            </w:pPr>
            <w:r>
              <w:rPr>
                <w:b/>
              </w:rPr>
              <w:t>$12 per person</w:t>
            </w:r>
          </w:p>
        </w:tc>
      </w:tr>
      <w:tr w:rsidR="00CC529A" w14:paraId="256E5A6E" w14:textId="77777777">
        <w:trPr>
          <w:jc w:val="center"/>
        </w:trPr>
        <w:tc>
          <w:tcPr>
            <w:tcW w:w="763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11098" w14:textId="77777777" w:rsidR="00CC529A" w:rsidRDefault="00000000">
            <w:r>
              <w:t>Fall Apple or Pumpkin Only</w:t>
            </w:r>
          </w:p>
        </w:tc>
        <w:tc>
          <w:tcPr>
            <w:tcW w:w="21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E69852" w14:textId="77777777" w:rsidR="00CC529A" w:rsidRDefault="00000000">
            <w:pPr>
              <w:jc w:val="center"/>
            </w:pPr>
            <w:r>
              <w:rPr>
                <w:b/>
              </w:rPr>
              <w:t>$12 per person</w:t>
            </w:r>
          </w:p>
        </w:tc>
      </w:tr>
      <w:tr w:rsidR="00CC529A" w14:paraId="25D8CA81" w14:textId="77777777">
        <w:trPr>
          <w:jc w:val="center"/>
        </w:trPr>
        <w:tc>
          <w:tcPr>
            <w:tcW w:w="763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90033B" w14:textId="77777777" w:rsidR="00CC529A" w:rsidRDefault="00000000">
            <w:r>
              <w:t>Combination Apple &amp; Pumpkin</w:t>
            </w:r>
          </w:p>
        </w:tc>
        <w:tc>
          <w:tcPr>
            <w:tcW w:w="216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D8BD08" w14:textId="77777777" w:rsidR="00CC529A" w:rsidRDefault="00000000">
            <w:pPr>
              <w:jc w:val="center"/>
            </w:pPr>
            <w:r>
              <w:rPr>
                <w:b/>
              </w:rPr>
              <w:t>$15 per person</w:t>
            </w:r>
          </w:p>
        </w:tc>
      </w:tr>
      <w:tr w:rsidR="00CC529A" w14:paraId="3365C87F" w14:textId="77777777">
        <w:trPr>
          <w:jc w:val="center"/>
        </w:trPr>
        <w:tc>
          <w:tcPr>
            <w:tcW w:w="4997" w:type="dxa"/>
            <w:shd w:val="clear" w:color="auto" w:fill="C7352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8DD6E3D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Payment item</w:t>
            </w:r>
          </w:p>
        </w:tc>
        <w:tc>
          <w:tcPr>
            <w:tcW w:w="4997" w:type="dxa"/>
            <w:shd w:val="clear" w:color="auto" w:fill="C7352D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1DAD68E" w14:textId="77777777" w:rsidR="00CC529A" w:rsidRDefault="00000000">
            <w:pPr>
              <w:jc w:val="center"/>
            </w:pPr>
            <w:r>
              <w:rPr>
                <w:b/>
                <w:color w:val="FFFFFF"/>
              </w:rPr>
              <w:t>What to know</w:t>
            </w:r>
          </w:p>
        </w:tc>
      </w:tr>
      <w:tr w:rsidR="00CC529A" w14:paraId="3F56E2AF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C991D7" w14:textId="77777777" w:rsidR="00CC529A" w:rsidRDefault="00000000">
            <w:r>
              <w:rPr>
                <w:b/>
              </w:rPr>
              <w:t>Deposit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CDFE9" w14:textId="77777777" w:rsidR="00CC529A" w:rsidRDefault="00000000">
            <w:r>
              <w:t>$50 non-refundable deposit; applied toward the final balance.</w:t>
            </w:r>
          </w:p>
        </w:tc>
      </w:tr>
      <w:tr w:rsidR="00CC529A" w14:paraId="4721BAA1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4322C7" w14:textId="77777777" w:rsidR="00CC529A" w:rsidRDefault="00000000">
            <w:r>
              <w:rPr>
                <w:b/>
              </w:rPr>
              <w:t>Admission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99DF8B" w14:textId="77777777" w:rsidR="00CC529A" w:rsidRDefault="00000000">
            <w:r>
              <w:t>Due for every participant age 2 and older, even if the person skips one or more included activities.</w:t>
            </w:r>
          </w:p>
        </w:tc>
      </w:tr>
      <w:tr w:rsidR="00CC529A" w14:paraId="15AAB7DC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0188E1" w14:textId="77777777" w:rsidR="00CC529A" w:rsidRDefault="00000000">
            <w:r>
              <w:rPr>
                <w:b/>
              </w:rPr>
              <w:t>Lunch reservation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D0A22" w14:textId="205F56E7" w:rsidR="00CC529A" w:rsidRDefault="00124302">
            <w:r>
              <w:t>$100 when the group has reserved pavilion space to eat a brought-in lunch.</w:t>
            </w:r>
          </w:p>
        </w:tc>
      </w:tr>
      <w:tr w:rsidR="00CC529A" w14:paraId="06D6F2F8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5C2FFD" w14:textId="77777777" w:rsidR="00CC529A" w:rsidRDefault="00000000">
            <w:r>
              <w:rPr>
                <w:b/>
              </w:rPr>
              <w:t>Possible operational fees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9D82C" w14:textId="77777777" w:rsidR="00CC529A" w:rsidRDefault="00000000">
            <w:r>
              <w:t>May apply for unannounced attendance increases, an additional wagon or staffing adjustment, unauthorized lunch use, property damage, or extended use.</w:t>
            </w:r>
          </w:p>
        </w:tc>
      </w:tr>
      <w:tr w:rsidR="00CC529A" w14:paraId="0E53DD89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33C58B" w14:textId="77777777" w:rsidR="00CC529A" w:rsidRDefault="00000000">
            <w:r>
              <w:rPr>
                <w:b/>
              </w:rPr>
              <w:lastRenderedPageBreak/>
              <w:t>Accepted methods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2E6135" w14:textId="77777777" w:rsidR="00CC529A" w:rsidRDefault="00000000">
            <w:r>
              <w:t>Cash, credit/debit card, or school/company check.</w:t>
            </w:r>
          </w:p>
        </w:tc>
      </w:tr>
      <w:tr w:rsidR="00CC529A" w14:paraId="40C1601E" w14:textId="77777777">
        <w:trPr>
          <w:jc w:val="center"/>
        </w:trPr>
        <w:tc>
          <w:tcPr>
            <w:tcW w:w="28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669BD9" w14:textId="77777777" w:rsidR="00CC529A" w:rsidRDefault="00000000">
            <w:r>
              <w:rPr>
                <w:b/>
              </w:rPr>
              <w:t>Check memo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5BC2F" w14:textId="77777777" w:rsidR="00CC529A" w:rsidRDefault="00000000">
            <w:r>
              <w:t>Include school or organization name, teacher/group leader, and grade or class.</w:t>
            </w:r>
          </w:p>
        </w:tc>
      </w:tr>
    </w:tbl>
    <w:p w14:paraId="55914147" w14:textId="77777777" w:rsidR="00CC529A" w:rsidRDefault="00CC529A">
      <w:pPr>
        <w:spacing w:after="40"/>
      </w:pPr>
    </w:p>
    <w:p w14:paraId="40822D97" w14:textId="77777777" w:rsidR="00CC529A" w:rsidRDefault="00000000">
      <w:pPr>
        <w:pStyle w:val="ListParagraph"/>
      </w:pPr>
      <w:r>
        <w:t>☐ Collect all funds before arrival. Individual parents or students may not pay separately at check-in.</w:t>
      </w:r>
    </w:p>
    <w:p w14:paraId="5D1BC9CD" w14:textId="77777777" w:rsidR="00CC529A" w:rsidRDefault="00000000">
      <w:pPr>
        <w:pStyle w:val="ListParagraph"/>
      </w:pPr>
      <w:r>
        <w:t>☐ Accepted forms of payment are cash, credit or debit card, and school or company check.</w:t>
      </w:r>
    </w:p>
    <w:p w14:paraId="0E19B669" w14:textId="77777777" w:rsidR="00CC529A" w:rsidRDefault="00000000">
      <w:pPr>
        <w:pStyle w:val="ListParagraph"/>
      </w:pPr>
      <w:r>
        <w:t>☐ For checks, include the school or organization name, teacher or group leader, and grade or class in the memo line.</w:t>
      </w:r>
    </w:p>
    <w:p w14:paraId="0B779411" w14:textId="7B4E68F8" w:rsidR="00CC529A" w:rsidRDefault="00000000">
      <w:pPr>
        <w:pStyle w:val="ListParagraph"/>
      </w:pPr>
      <w:r>
        <w:t xml:space="preserve">☐ Add the </w:t>
      </w:r>
      <w:r w:rsidR="00124302">
        <w:t>$100</w:t>
      </w:r>
      <w:r>
        <w:t xml:space="preserve"> lunch reservation fee when lunch has been confirmed.</w:t>
      </w:r>
    </w:p>
    <w:p w14:paraId="05781351" w14:textId="77777777" w:rsidR="00CC529A" w:rsidRDefault="00000000">
      <w:pPr>
        <w:pStyle w:val="ListParagraph"/>
      </w:pPr>
      <w:r>
        <w:t>☐ Add any confirmed specialty donut charges: gluten-free donuts are $4 per two-pack, and Mama Alana’s Pantry vegan donuts are $4 each.</w:t>
      </w:r>
    </w:p>
    <w:p w14:paraId="6A89B44F" w14:textId="77777777" w:rsidR="00CC529A" w:rsidRDefault="00000000">
      <w:pPr>
        <w:pStyle w:val="Heading2"/>
      </w:pPr>
      <w:r>
        <w:rPr>
          <w:color w:val="C7352D"/>
        </w:rPr>
        <w:t>At Check-In</w:t>
      </w:r>
    </w:p>
    <w:p w14:paraId="3FD72925" w14:textId="77777777" w:rsidR="00CC529A" w:rsidRDefault="00000000">
      <w:pPr>
        <w:pStyle w:val="ListParagraph"/>
        <w:spacing w:after="60"/>
        <w:ind w:left="360" w:hanging="259"/>
      </w:pPr>
      <w:r>
        <w:t>☐ Arrive approximately 15 minutes early with an accurate actual head count.</w:t>
      </w:r>
    </w:p>
    <w:p w14:paraId="3C52403E" w14:textId="77777777" w:rsidR="00CC529A" w:rsidRDefault="00000000">
      <w:pPr>
        <w:pStyle w:val="ListParagraph"/>
        <w:spacing w:after="60"/>
        <w:ind w:left="360" w:hanging="259"/>
      </w:pPr>
      <w:r>
        <w:t>☐ Tell staff immediately about absent participants, unexpected additional participants, separately arriving adults, or any change from the confirmed count.</w:t>
      </w:r>
    </w:p>
    <w:p w14:paraId="3A774F29" w14:textId="77777777" w:rsidR="00CC529A" w:rsidRDefault="00000000">
      <w:pPr>
        <w:pStyle w:val="ListParagraph"/>
        <w:spacing w:after="60"/>
        <w:ind w:left="360" w:hanging="259"/>
      </w:pPr>
      <w:r>
        <w:t>☐ Spicer Orchards staff may verify the actual number of participants. Charges are based on the guaranteed minimum or actual attendance, whichever is greater.</w:t>
      </w:r>
    </w:p>
    <w:p w14:paraId="0E249A0F" w14:textId="77777777" w:rsidR="00CC529A" w:rsidRDefault="00000000">
      <w:pPr>
        <w:pStyle w:val="ListParagraph"/>
        <w:spacing w:after="60"/>
        <w:ind w:left="360" w:hanging="259"/>
      </w:pPr>
      <w:r>
        <w:t>☐ Complete payment before the tour begins. Admission stickers or identifiers must be used as directed and may not be shared or transferred.</w:t>
      </w:r>
    </w:p>
    <w:p w14:paraId="2D36F3D6" w14:textId="77777777" w:rsidR="00CC529A" w:rsidRDefault="00000000">
      <w:pPr>
        <w:pStyle w:val="Heading2"/>
      </w:pPr>
      <w:r>
        <w:rPr>
          <w:color w:val="C7352D"/>
        </w:rPr>
        <w:t>Important Payment Rules</w:t>
      </w:r>
    </w:p>
    <w:p w14:paraId="30353009" w14:textId="77777777" w:rsidR="00CC529A" w:rsidRDefault="00000000">
      <w:pPr>
        <w:pStyle w:val="ListBullet"/>
        <w:spacing w:after="60"/>
        <w:ind w:hanging="259"/>
      </w:pPr>
      <w:r>
        <w:t>No individual refunds or credits are issued for absent students, parents, or chaperones after the final count becomes guaranteed.</w:t>
      </w:r>
    </w:p>
    <w:p w14:paraId="03809434" w14:textId="77777777" w:rsidR="00CC529A" w:rsidRDefault="00000000">
      <w:pPr>
        <w:pStyle w:val="ListBullet"/>
        <w:spacing w:after="60"/>
        <w:ind w:hanging="259"/>
      </w:pPr>
      <w:r>
        <w:t>Declining donuts, cider, picking, playground time, or another included activity does not reduce the package price.</w:t>
      </w:r>
    </w:p>
    <w:p w14:paraId="76C23494" w14:textId="77777777" w:rsidR="00CC529A" w:rsidRDefault="00000000">
      <w:pPr>
        <w:pStyle w:val="ListBullet"/>
        <w:spacing w:after="60"/>
        <w:ind w:hanging="259"/>
      </w:pPr>
      <w:r>
        <w:t>Up to five unannounced additional participants may be accommodated only when capacity and staffing permit. Accommodation is not guaranteed.</w:t>
      </w:r>
    </w:p>
    <w:p w14:paraId="16DFF2F3" w14:textId="02E14E3A" w:rsidR="00CC529A" w:rsidRDefault="00000000" w:rsidP="003C6429">
      <w:pPr>
        <w:pStyle w:val="ListBullet"/>
        <w:spacing w:after="60"/>
        <w:ind w:hanging="259"/>
      </w:pPr>
      <w:r>
        <w:t>Only an authorized Spicer Orchards manager may approve a refund, fee waiver, complimentary service, or exception. Obtain any exception in writing.</w:t>
      </w:r>
    </w:p>
    <w:sectPr w:rsidR="00CC529A" w:rsidSect="00034616">
      <w:headerReference w:type="default" r:id="rId8"/>
      <w:footerReference w:type="default" r:id="rId9"/>
      <w:pgSz w:w="12240" w:h="15840"/>
      <w:pgMar w:top="1008" w:right="1123" w:bottom="936" w:left="112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60D5" w14:textId="77777777" w:rsidR="007718F8" w:rsidRDefault="007718F8">
      <w:pPr>
        <w:spacing w:after="0" w:line="240" w:lineRule="auto"/>
      </w:pPr>
      <w:r>
        <w:separator/>
      </w:r>
    </w:p>
  </w:endnote>
  <w:endnote w:type="continuationSeparator" w:id="0">
    <w:p w14:paraId="0F2FF453" w14:textId="77777777" w:rsidR="007718F8" w:rsidRDefault="0077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37FC" w14:textId="77777777" w:rsidR="00D85D9D" w:rsidRDefault="00000000">
    <w:pPr>
      <w:pStyle w:val="Footer"/>
      <w:jc w:val="right"/>
    </w:pPr>
    <w:r>
      <w:rPr>
        <w:color w:val="666666"/>
        <w:sz w:val="16"/>
      </w:rPr>
      <w:t xml:space="preserve">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>
      <w:rPr>
        <w:color w:val="666666"/>
        <w:sz w:val="16"/>
      </w:rPr>
      <w:fldChar w:fldCharType="separate"/>
    </w:r>
    <w:r w:rsidR="002B238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57782" w14:textId="77777777" w:rsidR="007718F8" w:rsidRDefault="007718F8">
      <w:pPr>
        <w:spacing w:after="0" w:line="240" w:lineRule="auto"/>
      </w:pPr>
      <w:r>
        <w:separator/>
      </w:r>
    </w:p>
  </w:footnote>
  <w:footnote w:type="continuationSeparator" w:id="0">
    <w:p w14:paraId="690D4E70" w14:textId="77777777" w:rsidR="007718F8" w:rsidRDefault="00771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FD4F" w14:textId="77777777" w:rsidR="00D85D9D" w:rsidRDefault="00000000">
    <w:pPr>
      <w:pStyle w:val="Header"/>
      <w:jc w:val="right"/>
    </w:pPr>
    <w:r>
      <w:rPr>
        <w:b/>
        <w:color w:val="666666"/>
        <w:sz w:val="16"/>
      </w:rPr>
      <w:t xml:space="preserve">SPICER </w:t>
    </w:r>
    <w:proofErr w:type="gramStart"/>
    <w:r>
      <w:rPr>
        <w:b/>
        <w:color w:val="666666"/>
        <w:sz w:val="16"/>
      </w:rPr>
      <w:t>ORCHARDS  |</w:t>
    </w:r>
    <w:proofErr w:type="gramEnd"/>
    <w:r>
      <w:rPr>
        <w:b/>
        <w:color w:val="666666"/>
        <w:sz w:val="16"/>
      </w:rPr>
      <w:t xml:space="preserve">  FIELD TRIP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2937334">
    <w:abstractNumId w:val="8"/>
  </w:num>
  <w:num w:numId="2" w16cid:durableId="1035036586">
    <w:abstractNumId w:val="6"/>
  </w:num>
  <w:num w:numId="3" w16cid:durableId="571702051">
    <w:abstractNumId w:val="5"/>
  </w:num>
  <w:num w:numId="4" w16cid:durableId="513737438">
    <w:abstractNumId w:val="4"/>
  </w:num>
  <w:num w:numId="5" w16cid:durableId="2131047198">
    <w:abstractNumId w:val="7"/>
  </w:num>
  <w:num w:numId="6" w16cid:durableId="1570073537">
    <w:abstractNumId w:val="3"/>
  </w:num>
  <w:num w:numId="7" w16cid:durableId="1319113154">
    <w:abstractNumId w:val="2"/>
  </w:num>
  <w:num w:numId="8" w16cid:durableId="1440103733">
    <w:abstractNumId w:val="1"/>
  </w:num>
  <w:num w:numId="9" w16cid:durableId="196210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4302"/>
    <w:rsid w:val="00131C81"/>
    <w:rsid w:val="0015074B"/>
    <w:rsid w:val="001C2185"/>
    <w:rsid w:val="001D1597"/>
    <w:rsid w:val="0029639D"/>
    <w:rsid w:val="002B238D"/>
    <w:rsid w:val="00326F90"/>
    <w:rsid w:val="0034451D"/>
    <w:rsid w:val="003C58AB"/>
    <w:rsid w:val="003C6429"/>
    <w:rsid w:val="00591DF3"/>
    <w:rsid w:val="005C44B8"/>
    <w:rsid w:val="00676AE5"/>
    <w:rsid w:val="006F38DE"/>
    <w:rsid w:val="007718F8"/>
    <w:rsid w:val="007C502D"/>
    <w:rsid w:val="00891231"/>
    <w:rsid w:val="008A2E45"/>
    <w:rsid w:val="009063A0"/>
    <w:rsid w:val="00AA1D8D"/>
    <w:rsid w:val="00B47730"/>
    <w:rsid w:val="00B9543F"/>
    <w:rsid w:val="00BD28B5"/>
    <w:rsid w:val="00BD65AC"/>
    <w:rsid w:val="00CB0664"/>
    <w:rsid w:val="00CC529A"/>
    <w:rsid w:val="00CE78A8"/>
    <w:rsid w:val="00D85D9D"/>
    <w:rsid w:val="00DB209E"/>
    <w:rsid w:val="00DD0423"/>
    <w:rsid w:val="00DE7957"/>
    <w:rsid w:val="00E7539D"/>
    <w:rsid w:val="00F3409B"/>
    <w:rsid w:val="00FC693F"/>
    <w:rsid w:val="00FD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855B36"/>
  <w14:defaultImageDpi w14:val="300"/>
  <w15:docId w15:val="{498FF766-7085-4372-83E7-26254592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C8322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557A4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2F5D7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C8322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5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Spicer Orchards Field Trip Policies - Review Draft</vt:lpstr>
    </vt:vector>
  </TitlesOfParts>
  <Manager/>
  <Company/>
  <LinksUpToDate>false</LinksUpToDate>
  <CharactersWithSpaces>3467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Spicer Orchards Field Trip Policies and Role Guides 2026</dc:title>
  <dc:subject>Field trip policies, role-specific instructions, booking terms, staff checklist, and website FAQ</dc:subject>
  <dc:creator>Spicer Orchards</dc:creator>
  <cp:keywords>field trips, tours, policies, FAQ, terms and conditions</cp:keywords>
  <dc:description>generated by python-docx</dc:description>
  <cp:lastModifiedBy>Spicer Orchards</cp:lastModifiedBy>
  <cp:revision>3</cp:revision>
  <dcterms:created xsi:type="dcterms:W3CDTF">2026-08-02T04:51:00Z</dcterms:created>
  <dcterms:modified xsi:type="dcterms:W3CDTF">2026-08-02T04:51:00Z</dcterms:modified>
  <cp:category/>
</cp:coreProperties>
</file>